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 Display" w:hAnsi="Aptos Display"/>
          <w:b/>
          <w:sz w:val="40"/>
        </w:rPr>
        <w:t>VELAMARTHY GOPICHAND</w:t>
      </w:r>
    </w:p>
    <w:p>
      <w:pPr>
        <w:spacing w:after="60"/>
        <w:jc w:val="center"/>
      </w:pPr>
      <w:r>
        <w:rPr>
          <w:b/>
          <w:sz w:val="22"/>
        </w:rPr>
        <w:t>SAP ABAP / SAP S/4HANA TECHNICAL CONSULTANT</w:t>
      </w:r>
    </w:p>
    <w:p>
      <w:pPr>
        <w:spacing w:after="120"/>
        <w:jc w:val="center"/>
      </w:pPr>
      <w:r>
        <w:t xml:space="preserve"> +91-8125405888  |  +91-8712712060  |  gopichand.velamarthy5@gmail.com</w:t>
      </w:r>
    </w:p>
    <w:p>
      <w:pPr>
        <w:spacing w:before="120" w:after="60"/>
      </w:pPr>
      <w:r>
        <w:rPr>
          <w:rFonts w:ascii="Aptos Display" w:hAnsi="Aptos Display"/>
          <w:b/>
          <w:sz w:val="22"/>
        </w:rPr>
        <w:t>PROFESSIONAL SUMMARY</w:t>
      </w:r>
    </w:p>
    <w:p>
      <w:pPr>
        <w:spacing w:after="80" w:line="252" w:lineRule="auto"/>
      </w:pPr>
      <w:r>
        <w:t>SAP ABAP / SAP S/4HANA Technical Consultant with 4.5+ years of professional experience across SAP ECC and SAP S/4HANA environments. Strong expertise in RICEF development, OOABAP, CDS Views, Enhancements Framework, SAP HCM technical development, interfaces, ABAP on HANA, performance optimization, debugging, and production support. Experienced in ECC to S/4HANA migration, custom code remediation, HANA optimization, and modern SAP extensibility concepts. Currently enhancing skills in SAP Fiori, UI5, OData, RAP, and SAP S/4HANA Cloud.</w:t>
      </w:r>
    </w:p>
    <w:p>
      <w:pPr>
        <w:spacing w:before="120" w:after="60"/>
      </w:pPr>
      <w:r>
        <w:rPr>
          <w:rFonts w:ascii="Aptos Display" w:hAnsi="Aptos Display"/>
          <w:b/>
          <w:sz w:val="22"/>
        </w:rPr>
        <w:t>CORE TECHNICAL SKILLS</w:t>
      </w:r>
    </w:p>
    <w:p>
      <w:pPr>
        <w:spacing w:after="30"/>
      </w:pPr>
      <w:r>
        <w:rPr>
          <w:b/>
        </w:rPr>
        <w:t xml:space="preserve">SAP ABAP: </w:t>
      </w:r>
      <w:r>
        <w:t>ABAP, OOABAP, RICEF/WRICEF, ALV Reports, Reports, Conversions, Enhancements, Forms</w:t>
      </w:r>
    </w:p>
    <w:p>
      <w:pPr>
        <w:spacing w:after="30"/>
      </w:pPr>
      <w:r>
        <w:rPr>
          <w:b/>
        </w:rPr>
        <w:t xml:space="preserve">SAP S/4HANA: </w:t>
      </w:r>
      <w:r>
        <w:t>S/4HANA development, ABAP on HANA, CDS Views, HANA optimization, custom code remediation</w:t>
      </w:r>
    </w:p>
    <w:p>
      <w:pPr>
        <w:spacing w:after="30"/>
      </w:pPr>
      <w:r>
        <w:rPr>
          <w:b/>
        </w:rPr>
        <w:t xml:space="preserve">SAP HCM: </w:t>
      </w:r>
      <w:r>
        <w:t>PA technical development, Screen Exits, custom enhancements</w:t>
      </w:r>
    </w:p>
    <w:p>
      <w:pPr>
        <w:spacing w:after="30"/>
      </w:pPr>
      <w:r>
        <w:rPr>
          <w:b/>
        </w:rPr>
        <w:t xml:space="preserve">Integrations: </w:t>
      </w:r>
      <w:r>
        <w:t>BAPI, RFC, IDoc, SPROXY, REST APIs, SOAP Services, third-party integrations</w:t>
      </w:r>
    </w:p>
    <w:p>
      <w:pPr>
        <w:spacing w:after="30"/>
      </w:pPr>
      <w:r>
        <w:rPr>
          <w:b/>
        </w:rPr>
        <w:t xml:space="preserve">Enhancements: </w:t>
      </w:r>
      <w:r>
        <w:t>BADI, User Exits, Screen Exits, Enhancements Framework</w:t>
      </w:r>
    </w:p>
    <w:p>
      <w:pPr>
        <w:spacing w:after="30"/>
      </w:pPr>
      <w:r>
        <w:rPr>
          <w:b/>
        </w:rPr>
        <w:t xml:space="preserve">Quality &amp; Support: </w:t>
      </w:r>
      <w:r>
        <w:t>ATC, SCI, debugging, root cause analysis, incident resolution, defect fixing, AMS</w:t>
      </w:r>
    </w:p>
    <w:p>
      <w:pPr>
        <w:spacing w:after="30"/>
      </w:pPr>
      <w:r>
        <w:rPr>
          <w:b/>
        </w:rPr>
        <w:t xml:space="preserve">Delivery: </w:t>
      </w:r>
      <w:r>
        <w:t>Technical specifications, unit/integration testing, UAT support, transports, stakeholder coordination</w:t>
      </w:r>
    </w:p>
    <w:p>
      <w:pPr>
        <w:spacing w:after="30"/>
      </w:pPr>
      <w:r>
        <w:rPr>
          <w:b/>
        </w:rPr>
        <w:t xml:space="preserve">Upskilling: </w:t>
      </w:r>
      <w:r>
        <w:t>SAP Fiori, SAP UI5, SAP OData, SAP RAP, Adobe Forms, SAP S/4HANA Cloud</w:t>
      </w:r>
    </w:p>
    <w:p>
      <w:pPr>
        <w:spacing w:before="120" w:after="60"/>
      </w:pPr>
      <w:r>
        <w:rPr>
          <w:rFonts w:ascii="Aptos Display" w:hAnsi="Aptos Display"/>
          <w:b/>
          <w:sz w:val="22"/>
        </w:rPr>
        <w:t>PROFESSIONAL EXPERIENCE</w:t>
      </w:r>
    </w:p>
    <w:p>
      <w:pPr>
        <w:spacing w:after="20"/>
      </w:pPr>
      <w:r>
        <w:rPr>
          <w:b/>
          <w:sz w:val="21"/>
        </w:rPr>
        <w:t>Infosys — SAP ABAP Consultant</w:t>
      </w:r>
      <w:r>
        <w:t xml:space="preserve">  |  Dec 2024 – Present</w:t>
      </w:r>
    </w:p>
    <w:p>
      <w:pPr>
        <w:spacing w:after="40"/>
      </w:pPr>
      <w:r>
        <w:rPr>
          <w:b/>
        </w:rPr>
        <w:t>Client: Roche Project</w:t>
      </w:r>
    </w:p>
    <w:p>
      <w:pPr>
        <w:pStyle w:val="ListBullet"/>
        <w:spacing w:after="30" w:line="240" w:lineRule="auto"/>
        <w:ind w:left="259" w:hanging="173"/>
      </w:pPr>
      <w:r>
        <w:t>Developed SAP S/4HANA technical solutions based on business and functional requirements.</w:t>
      </w:r>
    </w:p>
    <w:p>
      <w:pPr>
        <w:pStyle w:val="ListBullet"/>
        <w:spacing w:after="30" w:line="240" w:lineRule="auto"/>
        <w:ind w:left="259" w:hanging="173"/>
      </w:pPr>
      <w:r>
        <w:t>Designed and implemented HANA-optimized custom reports and enhancements.</w:t>
      </w:r>
    </w:p>
    <w:p>
      <w:pPr>
        <w:pStyle w:val="ListBullet"/>
        <w:spacing w:after="30" w:line="240" w:lineRule="auto"/>
        <w:ind w:left="259" w:hanging="173"/>
      </w:pPr>
      <w:r>
        <w:t>Developed CDS Views for advanced analytics and reporting requirements.</w:t>
      </w:r>
    </w:p>
    <w:p>
      <w:pPr>
        <w:pStyle w:val="ListBullet"/>
        <w:spacing w:after="30" w:line="240" w:lineRule="auto"/>
        <w:ind w:left="259" w:hanging="173"/>
      </w:pPr>
      <w:r>
        <w:t>Supported ECC to S/4HANA migration activities, including custom code remediation and optimization.</w:t>
      </w:r>
    </w:p>
    <w:p>
      <w:pPr>
        <w:pStyle w:val="ListBullet"/>
        <w:spacing w:after="30" w:line="240" w:lineRule="auto"/>
        <w:ind w:left="259" w:hanging="173"/>
      </w:pPr>
      <w:r>
        <w:t>Worked on custom code adaptation for SAP S/4HANA compatibility.</w:t>
      </w:r>
    </w:p>
    <w:p>
      <w:pPr>
        <w:pStyle w:val="ListBullet"/>
        <w:spacing w:after="30" w:line="240" w:lineRule="auto"/>
        <w:ind w:left="259" w:hanging="173"/>
      </w:pPr>
      <w:r>
        <w:t>Performed performance tuning and SQL optimization for ABAP programs.</w:t>
      </w:r>
    </w:p>
    <w:p>
      <w:pPr>
        <w:pStyle w:val="ListBullet"/>
        <w:spacing w:after="30" w:line="240" w:lineRule="auto"/>
        <w:ind w:left="259" w:hanging="173"/>
      </w:pPr>
      <w:r>
        <w:t>Collaborated with functional consultants and stakeholders on integration activities.</w:t>
      </w:r>
    </w:p>
    <w:p>
      <w:pPr>
        <w:pStyle w:val="ListBullet"/>
        <w:spacing w:after="30" w:line="240" w:lineRule="auto"/>
        <w:ind w:left="259" w:hanging="173"/>
      </w:pPr>
      <w:r>
        <w:t>Debugged and performed root cause analysis for complex production issues.</w:t>
      </w:r>
    </w:p>
    <w:p>
      <w:pPr>
        <w:pStyle w:val="ListBullet"/>
        <w:spacing w:after="30" w:line="240" w:lineRule="auto"/>
        <w:ind w:left="259" w:hanging="173"/>
      </w:pPr>
      <w:r>
        <w:t>Participated in code reviews and SAP development standard compliance activities.</w:t>
      </w:r>
    </w:p>
    <w:p>
      <w:pPr>
        <w:pStyle w:val="ListBullet"/>
        <w:spacing w:after="30" w:line="240" w:lineRule="auto"/>
        <w:ind w:left="259" w:hanging="173"/>
      </w:pPr>
      <w:r>
        <w:t>Managed transport lifecycle activities across SAP landscapes.</w:t>
      </w:r>
    </w:p>
    <w:p>
      <w:pPr>
        <w:spacing w:after="60"/>
      </w:pPr>
      <w:r>
        <w:rPr>
          <w:b/>
        </w:rPr>
        <w:t xml:space="preserve">Environment: </w:t>
      </w:r>
      <w:r>
        <w:t>SAP S/4HANA, ABAP on HANA, CDS Views, Enhancements, Performance Tuning, SAP Solution Manager, Fiori Launchpad</w:t>
      </w:r>
    </w:p>
    <w:p>
      <w:pPr>
        <w:spacing w:after="20"/>
      </w:pPr>
      <w:r>
        <w:rPr>
          <w:b/>
          <w:sz w:val="21"/>
        </w:rPr>
        <w:t>IN2IT Enterprise Business Services Pvt Ltd — SAP ABAP / HCM Consultant</w:t>
      </w:r>
      <w:r>
        <w:t xml:space="preserve">  |  Dec 2021 – Dec 2024</w:t>
      </w:r>
    </w:p>
    <w:p>
      <w:pPr>
        <w:spacing w:after="40"/>
      </w:pPr>
      <w:r>
        <w:rPr>
          <w:b/>
        </w:rPr>
        <w:t>Client: APTRANSCO</w:t>
      </w:r>
    </w:p>
    <w:p>
      <w:pPr>
        <w:pStyle w:val="ListBullet"/>
        <w:spacing w:after="30" w:line="240" w:lineRule="auto"/>
        <w:ind w:left="259" w:hanging="173"/>
      </w:pPr>
      <w:r>
        <w:t>Developed RICEF objects including Reports, Interfaces, Conversions, Enhancements, Forms, and ALV Reports.</w:t>
      </w:r>
    </w:p>
    <w:p>
      <w:pPr>
        <w:pStyle w:val="ListBullet"/>
        <w:spacing w:after="30" w:line="240" w:lineRule="auto"/>
        <w:ind w:left="259" w:hanging="173"/>
      </w:pPr>
      <w:r>
        <w:t>Implemented SAP HCM Screen Exits and custom PA enhancements.</w:t>
      </w:r>
    </w:p>
    <w:p>
      <w:pPr>
        <w:pStyle w:val="ListBullet"/>
        <w:spacing w:after="30" w:line="240" w:lineRule="auto"/>
        <w:ind w:left="259" w:hanging="173"/>
      </w:pPr>
      <w:r>
        <w:t>Developed SPROXY proxy interfaces for REST-based integrations.</w:t>
      </w:r>
    </w:p>
    <w:p>
      <w:pPr>
        <w:pStyle w:val="ListBullet"/>
        <w:spacing w:after="30" w:line="240" w:lineRule="auto"/>
        <w:ind w:left="259" w:hanging="173"/>
      </w:pPr>
      <w:r>
        <w:t>Worked as a Techno-Functional SAP ABAP HCM Consultant.</w:t>
      </w:r>
    </w:p>
    <w:p>
      <w:pPr>
        <w:pStyle w:val="ListBullet"/>
        <w:spacing w:after="30" w:line="240" w:lineRule="auto"/>
        <w:ind w:left="259" w:hanging="173"/>
      </w:pPr>
      <w:r>
        <w:t>Participated in requirement gathering and technical analysis discussions.</w:t>
      </w:r>
    </w:p>
    <w:p>
      <w:pPr>
        <w:pStyle w:val="ListBullet"/>
        <w:spacing w:after="30" w:line="240" w:lineRule="auto"/>
        <w:ind w:left="259" w:hanging="173"/>
      </w:pPr>
      <w:r>
        <w:t>Prepared technical specifications and implementation documentation.</w:t>
      </w:r>
    </w:p>
    <w:p>
      <w:pPr>
        <w:pStyle w:val="ListBullet"/>
        <w:spacing w:after="30" w:line="240" w:lineRule="auto"/>
        <w:ind w:left="259" w:hanging="173"/>
      </w:pPr>
      <w:r>
        <w:t>Performed debugging and issue resolution for SAP applications.</w:t>
      </w:r>
    </w:p>
    <w:p>
      <w:pPr>
        <w:pStyle w:val="ListBullet"/>
        <w:spacing w:after="30" w:line="240" w:lineRule="auto"/>
        <w:ind w:left="259" w:hanging="173"/>
      </w:pPr>
      <w:r>
        <w:t>Conducted unit testing, integration testing, and UAT support.</w:t>
      </w:r>
    </w:p>
    <w:p>
      <w:pPr>
        <w:pStyle w:val="ListBullet"/>
        <w:spacing w:after="30" w:line="240" w:lineRule="auto"/>
        <w:ind w:left="259" w:hanging="173"/>
      </w:pPr>
      <w:r>
        <w:t>Executed ATC and SCI checks during upgrade activities.</w:t>
      </w:r>
    </w:p>
    <w:p>
      <w:pPr>
        <w:pStyle w:val="ListBullet"/>
        <w:spacing w:after="30" w:line="240" w:lineRule="auto"/>
        <w:ind w:left="259" w:hanging="173"/>
      </w:pPr>
      <w:r>
        <w:t>Optimized existing custom programs for improved system performance.</w:t>
      </w:r>
    </w:p>
    <w:p>
      <w:pPr>
        <w:pStyle w:val="ListBullet"/>
        <w:spacing w:after="30" w:line="240" w:lineRule="auto"/>
        <w:ind w:left="259" w:hanging="173"/>
      </w:pPr>
      <w:r>
        <w:t>Supported AMS and implementation activities.</w:t>
      </w:r>
    </w:p>
    <w:p>
      <w:pPr>
        <w:pStyle w:val="ListBullet"/>
        <w:spacing w:after="30" w:line="240" w:lineRule="auto"/>
        <w:ind w:left="259" w:hanging="173"/>
      </w:pPr>
      <w:r>
        <w:t>Mentored junior developers and conducted knowledge-sharing sessions.</w:t>
      </w:r>
    </w:p>
    <w:p>
      <w:pPr>
        <w:spacing w:after="60"/>
      </w:pPr>
      <w:r>
        <w:rPr>
          <w:b/>
        </w:rPr>
        <w:t xml:space="preserve">Environment: </w:t>
      </w:r>
      <w:r>
        <w:t>SAP ECC, SAP ABAP, SAP HCM, ALV Reports, SPROXY, REST APIs, Enhancements, ATC, SCI</w:t>
      </w:r>
    </w:p>
    <w:p>
      <w:pPr>
        <w:spacing w:after="20"/>
      </w:pPr>
      <w:r>
        <w:rPr>
          <w:b/>
          <w:sz w:val="21"/>
        </w:rPr>
        <w:t>St. Joseph English Medium High School — Secondary School Teacher</w:t>
      </w:r>
      <w:r>
        <w:t xml:space="preserve">  |  Aug 2014 – Aug 2018</w:t>
      </w:r>
    </w:p>
    <w:p>
      <w:pPr>
        <w:pStyle w:val="ListBullet"/>
        <w:spacing w:after="30" w:line="240" w:lineRule="auto"/>
        <w:ind w:left="259" w:hanging="173"/>
      </w:pPr>
      <w:r>
        <w:t>Developed strong communication, presentation, analytical, mentoring, and stakeholder management skills.</w:t>
      </w:r>
    </w:p>
    <w:p>
      <w:pPr>
        <w:pStyle w:val="ListBullet"/>
        <w:spacing w:after="30" w:line="240" w:lineRule="auto"/>
        <w:ind w:left="259" w:hanging="173"/>
      </w:pPr>
      <w:r>
        <w:t>Coordinated academic activities with faculty, students, and administration teams.</w:t>
      </w:r>
    </w:p>
    <w:p>
      <w:pPr>
        <w:spacing w:before="120" w:after="60"/>
      </w:pPr>
      <w:r>
        <w:rPr>
          <w:rFonts w:ascii="Aptos Display" w:hAnsi="Aptos Display"/>
          <w:b/>
          <w:sz w:val="22"/>
        </w:rPr>
        <w:t>KEY ACHIEVEMENTS</w:t>
      </w:r>
    </w:p>
    <w:p>
      <w:pPr>
        <w:pStyle w:val="ListBullet"/>
        <w:spacing w:after="30" w:line="240" w:lineRule="auto"/>
        <w:ind w:left="259" w:hanging="173"/>
      </w:pPr>
      <w:r>
        <w:t>Supported ECC to S/4HANA migration activities, including custom code remediation and HANA optimization.</w:t>
      </w:r>
    </w:p>
    <w:p>
      <w:pPr>
        <w:pStyle w:val="ListBullet"/>
        <w:spacing w:after="30" w:line="240" w:lineRule="auto"/>
        <w:ind w:left="259" w:hanging="173"/>
      </w:pPr>
      <w:r>
        <w:t>Developed CDS Views for reporting and analytical requirements.</w:t>
      </w:r>
    </w:p>
    <w:p>
      <w:pPr>
        <w:pStyle w:val="ListBullet"/>
        <w:spacing w:after="30" w:line="240" w:lineRule="auto"/>
        <w:ind w:left="259" w:hanging="173"/>
      </w:pPr>
      <w:r>
        <w:t>Delivered high-quality solutions with zero critical post-go-live defects on the Roche S/4HANA project.</w:t>
      </w:r>
    </w:p>
    <w:p>
      <w:pPr>
        <w:pStyle w:val="ListBullet"/>
        <w:spacing w:after="30" w:line="240" w:lineRule="auto"/>
        <w:ind w:left="259" w:hanging="173"/>
      </w:pPr>
      <w:r>
        <w:t>Contributed to clean-core aligned development practices.</w:t>
      </w:r>
    </w:p>
    <w:p>
      <w:pPr>
        <w:pStyle w:val="ListBullet"/>
        <w:spacing w:after="30" w:line="240" w:lineRule="auto"/>
        <w:ind w:left="259" w:hanging="173"/>
      </w:pPr>
      <w:r>
        <w:t>Delivered end-to-end RICEF developments and SAP HCM custom enhancements for APTRANSCO.</w:t>
      </w:r>
    </w:p>
    <w:p>
      <w:pPr>
        <w:pStyle w:val="ListBullet"/>
        <w:spacing w:after="30" w:line="240" w:lineRule="auto"/>
        <w:ind w:left="259" w:hanging="173"/>
      </w:pPr>
      <w:r>
        <w:t>Developed SPROXY REST integrations with external systems and resolved production issues within SLA timelines.</w:t>
      </w:r>
    </w:p>
    <w:p>
      <w:pPr>
        <w:pStyle w:val="ListBullet"/>
        <w:spacing w:after="30" w:line="240" w:lineRule="auto"/>
        <w:ind w:left="259" w:hanging="173"/>
      </w:pPr>
      <w:r>
        <w:t>Improved custom ABAP program performance using HANA optimization techniques.</w:t>
      </w:r>
    </w:p>
    <w:p>
      <w:pPr>
        <w:pStyle w:val="ListBullet"/>
        <w:spacing w:after="30" w:line="240" w:lineRule="auto"/>
        <w:ind w:left="259" w:hanging="173"/>
      </w:pPr>
      <w:r>
        <w:t>Mentored junior SAP developers and supported technical onboarding.</w:t>
      </w:r>
    </w:p>
    <w:p>
      <w:pPr>
        <w:spacing w:before="120" w:after="60"/>
      </w:pPr>
      <w:r>
        <w:rPr>
          <w:rFonts w:ascii="Aptos Display" w:hAnsi="Aptos Display"/>
          <w:b/>
          <w:sz w:val="22"/>
        </w:rPr>
        <w:t>EDUCATION</w:t>
      </w:r>
    </w:p>
    <w:p>
      <w:pPr>
        <w:spacing w:after="30"/>
      </w:pPr>
      <w:r>
        <w:rPr>
          <w:b/>
        </w:rPr>
        <w:t>Bachelor of Technology (B.Tech)</w:t>
      </w:r>
      <w:r>
        <w:t xml:space="preserve"> — URCE, Vijayawada</w:t>
      </w:r>
      <w:r>
        <w:t xml:space="preserve"> | 2010 – 2014</w:t>
      </w:r>
    </w:p>
    <w:p>
      <w:pPr>
        <w:spacing w:after="30"/>
      </w:pPr>
      <w:r>
        <w:rPr>
          <w:b/>
        </w:rPr>
        <w:t>Intermediate (MPC)</w:t>
      </w:r>
      <w:r>
        <w:t xml:space="preserve"> — Narayana Junior College, Vijayawada</w:t>
      </w:r>
      <w:r>
        <w:t xml:space="preserve"> | 2008 – 2010</w:t>
      </w:r>
    </w:p>
    <w:p>
      <w:pPr>
        <w:spacing w:after="30"/>
      </w:pPr>
      <w:r>
        <w:rPr>
          <w:b/>
        </w:rPr>
        <w:t>SSC</w:t>
      </w:r>
      <w:r>
        <w:t xml:space="preserve"> | 2008</w:t>
      </w:r>
    </w:p>
    <w:p>
      <w:pPr>
        <w:spacing w:before="120" w:after="60"/>
      </w:pPr>
      <w:r>
        <w:rPr>
          <w:rFonts w:ascii="Aptos Display" w:hAnsi="Aptos Display"/>
          <w:b/>
          <w:sz w:val="22"/>
        </w:rPr>
        <w:t>CERTIFICATIONS</w:t>
      </w:r>
    </w:p>
    <w:p>
      <w:pPr>
        <w:spacing w:after="40"/>
      </w:pPr>
      <w:r>
        <w:t>AI Prompt Engineering  |  Content Marketing  |  Digital Marketing</w:t>
      </w:r>
    </w:p>
    <w:p>
      <w:pPr>
        <w:spacing w:before="120" w:after="60"/>
      </w:pPr>
      <w:r>
        <w:rPr>
          <w:rFonts w:ascii="Aptos Display" w:hAnsi="Aptos Display"/>
          <w:b/>
          <w:sz w:val="22"/>
        </w:rPr>
        <w:t>LANGUAGES</w:t>
      </w:r>
    </w:p>
    <w:p>
      <w:pPr>
        <w:spacing w:after="0"/>
      </w:pPr>
      <w:r>
        <w:t>Telugu  |  English  |  German (Beginner A1)  |  Urdu (Intermediate)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5"/>
      </w:rPr>
      <w:t>Velamarthy Gopichand  |  SAP ABAP / S/4HANA Technical Consultant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